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BCCA1" w14:textId="77777777" w:rsidR="00905809" w:rsidRDefault="00905809"/>
    <w:p w14:paraId="36F01F0D" w14:textId="7D6B78BC" w:rsidR="00425CCD" w:rsidRPr="00905809" w:rsidRDefault="00905809">
      <w:pPr>
        <w:rPr>
          <w:lang w:val="nb-NO"/>
        </w:rPr>
      </w:pPr>
      <w:r w:rsidRPr="00905809">
        <w:rPr>
          <w:lang w:val="nb-NO"/>
        </w:rPr>
        <w:t>Hv</w:t>
      </w:r>
      <w:r>
        <w:rPr>
          <w:lang w:val="nb-NO"/>
        </w:rPr>
        <w:t>er gruppe blir enige om hva man ønsker å fordype seg i fra hvert tema. Vi har satt opp noen spørsmål under hvert tema for å gi dere inspirasjon og hjelpe dere i gang, men dere velger selv hva</w:t>
      </w:r>
      <w:r w:rsidR="002F7CA8" w:rsidRPr="00905809">
        <w:rPr>
          <w:lang w:val="nb-NO"/>
        </w:rPr>
        <w:t xml:space="preserve"> dere vil fordype dere i.</w:t>
      </w:r>
      <w:r w:rsidR="002F7CA8" w:rsidRPr="00905809">
        <w:rPr>
          <w:lang w:val="nb-NO"/>
        </w:rPr>
        <w:br/>
        <w:t xml:space="preserve">Til slutt </w:t>
      </w:r>
      <w:r w:rsidR="006C658D">
        <w:rPr>
          <w:lang w:val="nb-NO"/>
        </w:rPr>
        <w:t>skal</w:t>
      </w:r>
      <w:r>
        <w:rPr>
          <w:lang w:val="nb-NO"/>
        </w:rPr>
        <w:t xml:space="preserve"> hver gruppe dele </w:t>
      </w:r>
      <w:r w:rsidR="002F7CA8" w:rsidRPr="00905809">
        <w:rPr>
          <w:lang w:val="nb-NO"/>
        </w:rPr>
        <w:t>i plenum</w:t>
      </w:r>
      <w:r w:rsidR="006C658D">
        <w:rPr>
          <w:lang w:val="nb-NO"/>
        </w:rPr>
        <w:t xml:space="preserve"> </w:t>
      </w:r>
      <w:r w:rsidR="002F7CA8" w:rsidRPr="00905809">
        <w:rPr>
          <w:lang w:val="nb-NO"/>
        </w:rPr>
        <w:t>– ett punkt fra hvert tema</w:t>
      </w:r>
      <w:r>
        <w:rPr>
          <w:lang w:val="nb-NO"/>
        </w:rPr>
        <w:t xml:space="preserve">, </w:t>
      </w:r>
      <w:r w:rsidR="006C658D">
        <w:rPr>
          <w:lang w:val="nb-NO"/>
        </w:rPr>
        <w:t>maksimalt</w:t>
      </w:r>
      <w:r>
        <w:rPr>
          <w:lang w:val="nb-NO"/>
        </w:rPr>
        <w:t xml:space="preserve"> 10 minutter</w:t>
      </w:r>
      <w:r w:rsidR="002F7CA8" w:rsidRPr="00905809">
        <w:rPr>
          <w:lang w:val="nb-NO"/>
        </w:rPr>
        <w:t>:</w:t>
      </w:r>
    </w:p>
    <w:p w14:paraId="3E89A335" w14:textId="747DCF28" w:rsidR="00BF2B22" w:rsidRPr="00F51717" w:rsidRDefault="002F7CA8" w:rsidP="003908CD">
      <w:pPr>
        <w:spacing w:line="240" w:lineRule="auto"/>
        <w:rPr>
          <w:lang w:val="nb-NO"/>
        </w:rPr>
      </w:pPr>
      <w:r w:rsidRPr="00905809">
        <w:rPr>
          <w:lang w:val="nb-NO"/>
        </w:rPr>
        <w:t xml:space="preserve">• ting som fungerer bra i </w:t>
      </w:r>
      <w:r w:rsidR="00BF2B22">
        <w:rPr>
          <w:lang w:val="nb-NO"/>
        </w:rPr>
        <w:t>budsjettarbeidet</w:t>
      </w:r>
      <w:r w:rsidR="00905809">
        <w:rPr>
          <w:lang w:val="nb-NO"/>
        </w:rPr>
        <w:br/>
      </w:r>
      <w:r w:rsidRPr="00905809">
        <w:rPr>
          <w:lang w:val="nb-NO"/>
        </w:rPr>
        <w:t>• utfordring</w:t>
      </w:r>
      <w:r w:rsidR="00791008">
        <w:rPr>
          <w:lang w:val="nb-NO"/>
        </w:rPr>
        <w:t>er</w:t>
      </w:r>
      <w:r w:rsidRPr="00905809">
        <w:rPr>
          <w:lang w:val="nb-NO"/>
        </w:rPr>
        <w:t xml:space="preserve"> mange kjenner seg igjen i</w:t>
      </w:r>
      <w:r w:rsidR="00BF2B22">
        <w:rPr>
          <w:lang w:val="nb-NO"/>
        </w:rPr>
        <w:t xml:space="preserve"> om budsjettarbeidet</w:t>
      </w:r>
      <w:r w:rsidR="00905809">
        <w:rPr>
          <w:lang w:val="nb-NO"/>
        </w:rPr>
        <w:br/>
      </w:r>
      <w:r w:rsidR="00BF2B22" w:rsidRPr="00905809">
        <w:rPr>
          <w:lang w:val="nb-NO"/>
        </w:rPr>
        <w:t xml:space="preserve">• </w:t>
      </w:r>
      <w:r w:rsidR="00BF2B22">
        <w:rPr>
          <w:lang w:val="nb-NO"/>
        </w:rPr>
        <w:t>tiltak som har fungert godt for å skape et godt bomiljø</w:t>
      </w:r>
      <w:r w:rsidR="00BF2B22" w:rsidRPr="00905809">
        <w:rPr>
          <w:lang w:val="nb-NO"/>
        </w:rPr>
        <w:t xml:space="preserve"> </w:t>
      </w:r>
    </w:p>
    <w:p w14:paraId="4A33F07E" w14:textId="65B65663" w:rsidR="00BF2B22" w:rsidRPr="00BF2B22" w:rsidRDefault="002F7CA8" w:rsidP="003908CD">
      <w:pPr>
        <w:pStyle w:val="Overskrift1"/>
        <w:spacing w:line="240" w:lineRule="auto"/>
        <w:rPr>
          <w:color w:val="A6192E"/>
          <w:lang w:val="nb-NO"/>
        </w:rPr>
      </w:pPr>
      <w:r w:rsidRPr="00905809">
        <w:rPr>
          <w:color w:val="A6192E"/>
          <w:lang w:val="nb-NO"/>
        </w:rPr>
        <w:t xml:space="preserve">Tema 1 </w:t>
      </w:r>
      <w:r w:rsidR="00BF2B22" w:rsidRPr="00905809">
        <w:rPr>
          <w:color w:val="A6192E"/>
          <w:lang w:val="nb-NO"/>
        </w:rPr>
        <w:t xml:space="preserve">– </w:t>
      </w:r>
      <w:r w:rsidR="00BF2B22">
        <w:rPr>
          <w:color w:val="A6192E"/>
          <w:lang w:val="nb-NO"/>
        </w:rPr>
        <w:t>Hvordan</w:t>
      </w:r>
      <w:r w:rsidR="00D65394">
        <w:rPr>
          <w:color w:val="A6192E"/>
          <w:lang w:val="nb-NO"/>
        </w:rPr>
        <w:t xml:space="preserve"> jobber styret med budsjettet for 2027</w:t>
      </w:r>
      <w:r w:rsidR="00BF2B22">
        <w:rPr>
          <w:color w:val="A6192E"/>
          <w:lang w:val="nb-NO"/>
        </w:rPr>
        <w:br/>
      </w:r>
      <w:r w:rsidR="00BF2B22" w:rsidRPr="00AE66F2">
        <w:rPr>
          <w:b w:val="0"/>
          <w:bCs w:val="0"/>
          <w:color w:val="auto"/>
          <w:lang w:val="nb-NO"/>
        </w:rPr>
        <w:t>Momenter til inspirasjon:</w:t>
      </w:r>
    </w:p>
    <w:p w14:paraId="3D441DDC" w14:textId="52C1CBA6" w:rsidR="00D65394" w:rsidRDefault="00D65394" w:rsidP="00D65394">
      <w:pPr>
        <w:pStyle w:val="Punktliste"/>
        <w:rPr>
          <w:lang w:val="nb-NO"/>
        </w:rPr>
      </w:pPr>
      <w:r>
        <w:rPr>
          <w:lang w:val="nb-NO"/>
        </w:rPr>
        <w:t xml:space="preserve">Hva er mest utfordrende for dere med </w:t>
      </w:r>
      <w:r w:rsidR="00BF2B22">
        <w:rPr>
          <w:lang w:val="nb-NO"/>
        </w:rPr>
        <w:t>budsjettarbeidet</w:t>
      </w:r>
      <w:r>
        <w:rPr>
          <w:lang w:val="nb-NO"/>
        </w:rPr>
        <w:t>?</w:t>
      </w:r>
    </w:p>
    <w:p w14:paraId="55922336" w14:textId="6FAE7445" w:rsidR="00D65394" w:rsidRDefault="00D65394" w:rsidP="00D65394">
      <w:pPr>
        <w:pStyle w:val="Punktliste"/>
        <w:rPr>
          <w:lang w:val="nb-NO"/>
        </w:rPr>
      </w:pPr>
      <w:r>
        <w:rPr>
          <w:lang w:val="nb-NO"/>
        </w:rPr>
        <w:t>Hva har dere lyktes best med i budsjettarbeidet</w:t>
      </w:r>
      <w:r w:rsidR="00BF2B22">
        <w:rPr>
          <w:lang w:val="nb-NO"/>
        </w:rPr>
        <w:t>?</w:t>
      </w:r>
    </w:p>
    <w:p w14:paraId="026917F1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prioriterer dere mellom nødvendige vedlikeholdstiltak og ønskede forbedringer?</w:t>
      </w:r>
    </w:p>
    <w:p w14:paraId="072D944E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bruker dere vedlikeholdsplanen i budsjettarbeidet?</w:t>
      </w:r>
    </w:p>
    <w:p w14:paraId="0F50AF8B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tar dere høyde for uforutsette kostnader og behov for reserver?</w:t>
      </w:r>
    </w:p>
    <w:p w14:paraId="425B4EAC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arbeider dere med langtidsbudsjett og finansiering av større prosjekter?</w:t>
      </w:r>
    </w:p>
    <w:p w14:paraId="61371411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involveres hele styret i budsjettprosessen?</w:t>
      </w:r>
    </w:p>
    <w:p w14:paraId="051E5C39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følger dere opp budsjettet gjennom året, og hvor ofte vurderer dere avvik?</w:t>
      </w:r>
    </w:p>
    <w:p w14:paraId="74776226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Når mener dere det er riktig å øke felleskostnadene fremfor å utsette tiltak eller bruke oppsparte midler?</w:t>
      </w:r>
    </w:p>
    <w:p w14:paraId="28B22A89" w14:textId="77777777" w:rsidR="003908CD" w:rsidRPr="003908CD" w:rsidRDefault="003908CD" w:rsidP="003908CD">
      <w:pPr>
        <w:pStyle w:val="Punktliste"/>
        <w:rPr>
          <w:lang w:val="nb-NO" w:eastAsia="nb-NO"/>
        </w:rPr>
      </w:pPr>
      <w:r w:rsidRPr="003908CD">
        <w:rPr>
          <w:lang w:val="nb-NO" w:eastAsia="nb-NO"/>
        </w:rPr>
        <w:t>Hvordan kan budsjettet brukes som et verktøy for å skape trygghet og forutsigbarhet for beboerne?</w:t>
      </w:r>
    </w:p>
    <w:p w14:paraId="385BE80B" w14:textId="12AF7A86" w:rsidR="00D65394" w:rsidRDefault="00D65394" w:rsidP="00D65394">
      <w:pPr>
        <w:pStyle w:val="Punktliste"/>
        <w:rPr>
          <w:lang w:val="nb-NO"/>
        </w:rPr>
      </w:pPr>
      <w:r>
        <w:rPr>
          <w:lang w:val="nb-NO"/>
        </w:rPr>
        <w:t>Hvordan fungerer budsjettverktøyet i styreportalen</w:t>
      </w:r>
      <w:r w:rsidR="00BF2B22">
        <w:rPr>
          <w:lang w:val="nb-NO"/>
        </w:rPr>
        <w:t>?</w:t>
      </w:r>
    </w:p>
    <w:p w14:paraId="5DED2ABC" w14:textId="70FC191B" w:rsidR="00D65394" w:rsidRDefault="00D65394" w:rsidP="00D65394">
      <w:pPr>
        <w:pStyle w:val="Punktliste"/>
        <w:rPr>
          <w:lang w:val="nb-NO"/>
        </w:rPr>
      </w:pPr>
      <w:r>
        <w:rPr>
          <w:lang w:val="nb-NO"/>
        </w:rPr>
        <w:t xml:space="preserve">Hvordan opplever dere informasjonen og bistanden fra KOBBL </w:t>
      </w:r>
      <w:proofErr w:type="spellStart"/>
      <w:r>
        <w:rPr>
          <w:lang w:val="nb-NO"/>
        </w:rPr>
        <w:t>ifm</w:t>
      </w:r>
      <w:proofErr w:type="spellEnd"/>
      <w:r>
        <w:rPr>
          <w:lang w:val="nb-NO"/>
        </w:rPr>
        <w:t xml:space="preserve"> budsjettarbeidet</w:t>
      </w:r>
      <w:r w:rsidR="00BF2B22">
        <w:rPr>
          <w:lang w:val="nb-NO"/>
        </w:rPr>
        <w:t>?</w:t>
      </w:r>
    </w:p>
    <w:p w14:paraId="3BAC774B" w14:textId="7D278987" w:rsidR="00D65394" w:rsidRDefault="00BF2B22" w:rsidP="00D65394">
      <w:pPr>
        <w:pStyle w:val="Punktliste"/>
        <w:rPr>
          <w:lang w:val="nb-NO"/>
        </w:rPr>
      </w:pPr>
      <w:r>
        <w:rPr>
          <w:lang w:val="nb-NO"/>
        </w:rPr>
        <w:t>Hvordan kommuniserer dere behovet for økning av felleskostnader til beboerne?</w:t>
      </w:r>
    </w:p>
    <w:p w14:paraId="0E2BD8E2" w14:textId="0E4B715D" w:rsidR="00BF2B22" w:rsidRDefault="00BF2B22" w:rsidP="00D65394">
      <w:pPr>
        <w:pStyle w:val="Punktliste"/>
        <w:rPr>
          <w:lang w:val="nb-NO"/>
        </w:rPr>
      </w:pPr>
      <w:r>
        <w:rPr>
          <w:lang w:val="nb-NO"/>
        </w:rPr>
        <w:t>Har dere rutiner som fungerer godt og kan anbefales til andre boligselskaper?</w:t>
      </w:r>
    </w:p>
    <w:p w14:paraId="0645D332" w14:textId="77777777" w:rsidR="00425CCD" w:rsidRPr="00905809" w:rsidRDefault="002F7CA8">
      <w:pPr>
        <w:rPr>
          <w:lang w:val="nb-NO"/>
        </w:rPr>
      </w:pPr>
      <w:r w:rsidRPr="00905809">
        <w:rPr>
          <w:b/>
          <w:color w:val="7F8C8D"/>
          <w:lang w:val="nb-NO"/>
        </w:rPr>
        <w:t>Notater fra gruppen</w:t>
      </w:r>
    </w:p>
    <w:p w14:paraId="67C42A0D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6B8E2B42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81E6A74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51E6B822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1B32E1F2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0A12C27B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0CBB99B1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1403C6D6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6FEFC7AC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5CCBF9B5" w14:textId="77777777" w:rsid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0A0773A9" w14:textId="6C06BCC2" w:rsidR="00F51717" w:rsidRDefault="00F51717" w:rsidP="003908CD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56D93C0" w14:textId="77777777" w:rsidR="003908CD" w:rsidRDefault="003908CD" w:rsidP="003908CD">
      <w:pPr>
        <w:rPr>
          <w:color w:val="A6192E"/>
          <w:lang w:val="nb-NO"/>
        </w:rPr>
      </w:pPr>
    </w:p>
    <w:p w14:paraId="0993FD4E" w14:textId="2A9DFD34" w:rsidR="00F51717" w:rsidRPr="00BF2B22" w:rsidRDefault="002F7CA8" w:rsidP="00F51717">
      <w:pPr>
        <w:pStyle w:val="Overskrift1"/>
        <w:rPr>
          <w:color w:val="A6192E"/>
          <w:lang w:val="nb-NO"/>
        </w:rPr>
      </w:pPr>
      <w:r w:rsidRPr="00905809">
        <w:rPr>
          <w:color w:val="A6192E"/>
          <w:lang w:val="nb-NO"/>
        </w:rPr>
        <w:t xml:space="preserve">Tema 2 – </w:t>
      </w:r>
      <w:r w:rsidR="00D65394">
        <w:rPr>
          <w:color w:val="A6192E"/>
          <w:lang w:val="nb-NO"/>
        </w:rPr>
        <w:t>Bomiljø i boligselskapet</w:t>
      </w:r>
      <w:r w:rsidR="00F51717">
        <w:rPr>
          <w:color w:val="A6192E"/>
          <w:lang w:val="nb-NO"/>
        </w:rPr>
        <w:br/>
      </w:r>
      <w:r w:rsidR="00F51717" w:rsidRPr="00AE66F2">
        <w:rPr>
          <w:b w:val="0"/>
          <w:bCs w:val="0"/>
          <w:color w:val="auto"/>
          <w:lang w:val="nb-NO"/>
        </w:rPr>
        <w:t>Momenter til inspirasjon:</w:t>
      </w:r>
    </w:p>
    <w:p w14:paraId="4FDD6BD0" w14:textId="77777777" w:rsidR="00597F36" w:rsidRDefault="00597F36" w:rsidP="00597F36">
      <w:pPr>
        <w:pStyle w:val="Punktliste"/>
        <w:rPr>
          <w:lang w:val="nb-NO"/>
        </w:rPr>
      </w:pPr>
      <w:r>
        <w:rPr>
          <w:lang w:val="nb-NO"/>
        </w:rPr>
        <w:t>Hva er et godt bomiljø?</w:t>
      </w:r>
    </w:p>
    <w:p w14:paraId="11163FA2" w14:textId="74525F1A" w:rsidR="00597F36" w:rsidRPr="00597F36" w:rsidRDefault="00597F36" w:rsidP="00597F36">
      <w:pPr>
        <w:pStyle w:val="Punktliste"/>
        <w:rPr>
          <w:lang w:val="nb-NO"/>
        </w:rPr>
      </w:pPr>
      <w:r>
        <w:rPr>
          <w:lang w:val="nb-NO"/>
        </w:rPr>
        <w:t>Hvordan sørge for et godt bomiljø?</w:t>
      </w:r>
    </w:p>
    <w:p w14:paraId="59B27051" w14:textId="7B2CBBEC" w:rsidR="00F51717" w:rsidRPr="00F51717" w:rsidRDefault="00597F36" w:rsidP="00F51717">
      <w:pPr>
        <w:pStyle w:val="Punktliste"/>
        <w:rPr>
          <w:lang w:val="nb-NO"/>
        </w:rPr>
      </w:pPr>
      <w:r>
        <w:rPr>
          <w:lang w:val="nb-NO"/>
        </w:rPr>
        <w:t>Hvilke tiltak har dere utført som dere er fornøyde med</w:t>
      </w:r>
      <w:r w:rsidR="00F51717" w:rsidRPr="00905809">
        <w:rPr>
          <w:lang w:val="nb-NO"/>
        </w:rPr>
        <w:t>?</w:t>
      </w:r>
    </w:p>
    <w:p w14:paraId="624D37D4" w14:textId="77777777" w:rsidR="006D327B" w:rsidRPr="006D327B" w:rsidRDefault="006D327B" w:rsidP="006D327B">
      <w:pPr>
        <w:pStyle w:val="Punktliste"/>
        <w:rPr>
          <w:lang w:val="nb-NO"/>
        </w:rPr>
      </w:pPr>
      <w:r w:rsidRPr="006D327B">
        <w:rPr>
          <w:lang w:val="nb-NO"/>
        </w:rPr>
        <w:t>Hvordan tar dere imot og inkluderer nye beboere i fellesskapet?</w:t>
      </w:r>
    </w:p>
    <w:p w14:paraId="284BBC2E" w14:textId="7BAC57F2" w:rsidR="00D65394" w:rsidRDefault="00F51717" w:rsidP="00D65394">
      <w:pPr>
        <w:pStyle w:val="Punktliste"/>
        <w:rPr>
          <w:lang w:val="nb-NO"/>
        </w:rPr>
      </w:pPr>
      <w:r>
        <w:rPr>
          <w:lang w:val="nb-NO"/>
        </w:rPr>
        <w:t>H</w:t>
      </w:r>
      <w:r w:rsidR="00D65394">
        <w:rPr>
          <w:lang w:val="nb-NO"/>
        </w:rPr>
        <w:t xml:space="preserve">ar dere noen tanker om </w:t>
      </w:r>
      <w:r w:rsidR="00BF2B22">
        <w:rPr>
          <w:lang w:val="nb-NO"/>
        </w:rPr>
        <w:t>hvilke tiltak som kan fungere</w:t>
      </w:r>
      <w:r>
        <w:rPr>
          <w:lang w:val="nb-NO"/>
        </w:rPr>
        <w:t>?</w:t>
      </w:r>
    </w:p>
    <w:p w14:paraId="6AE4913E" w14:textId="0E361A79" w:rsidR="00D65394" w:rsidRDefault="00D65394" w:rsidP="00D65394">
      <w:pPr>
        <w:pStyle w:val="Punktliste"/>
        <w:rPr>
          <w:lang w:val="nb-NO"/>
        </w:rPr>
      </w:pPr>
      <w:r>
        <w:rPr>
          <w:lang w:val="nb-NO"/>
        </w:rPr>
        <w:t>Hv</w:t>
      </w:r>
      <w:r w:rsidR="00BF2B22">
        <w:rPr>
          <w:lang w:val="nb-NO"/>
        </w:rPr>
        <w:t>ordan få flere med på dugnader?</w:t>
      </w:r>
    </w:p>
    <w:p w14:paraId="56B0F090" w14:textId="589BB022" w:rsidR="006D327B" w:rsidRP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Hvordan kan dere gjøre det enklere å bidra for beboere som ikke kan delta på tradisjonelle dugnader eller arrangementer?</w:t>
      </w:r>
    </w:p>
    <w:p w14:paraId="4AB2A3D5" w14:textId="77777777" w:rsidR="00F51717" w:rsidRDefault="00F51717" w:rsidP="00F51717">
      <w:pPr>
        <w:pStyle w:val="Punktliste"/>
        <w:rPr>
          <w:lang w:val="nb-NO"/>
        </w:rPr>
      </w:pPr>
      <w:r w:rsidRPr="00905809">
        <w:rPr>
          <w:lang w:val="nb-NO"/>
        </w:rPr>
        <w:t>Har dere lykkes med å skape engasjement blant beboerne eller i styret?</w:t>
      </w:r>
    </w:p>
    <w:p w14:paraId="0440C618" w14:textId="1BF4AFE2" w:rsidR="00F51717" w:rsidRPr="00905809" w:rsidRDefault="00F51717" w:rsidP="00F51717">
      <w:pPr>
        <w:pStyle w:val="Punktliste"/>
        <w:rPr>
          <w:lang w:val="nb-NO"/>
        </w:rPr>
      </w:pPr>
      <w:r>
        <w:rPr>
          <w:lang w:val="nb-NO"/>
        </w:rPr>
        <w:t>Har informasjonsflyten fra styret noe å si for et godt bomiljø?</w:t>
      </w:r>
    </w:p>
    <w:p w14:paraId="5E423D3E" w14:textId="7ACBA74D" w:rsidR="00F51717" w:rsidRDefault="00F51717" w:rsidP="00F51717">
      <w:pPr>
        <w:pStyle w:val="Punktliste"/>
        <w:rPr>
          <w:lang w:val="nb-NO"/>
        </w:rPr>
      </w:pPr>
      <w:r w:rsidRPr="00905809">
        <w:rPr>
          <w:lang w:val="nb-NO"/>
        </w:rPr>
        <w:t>Hvordan håndterer dere konflikter mellom beboere?</w:t>
      </w:r>
    </w:p>
    <w:p w14:paraId="6CB09D46" w14:textId="77777777" w:rsidR="006D327B" w:rsidRP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Hvilke grep kan styret ta for å forebygge konflikter før de vokser seg store?</w:t>
      </w:r>
    </w:p>
    <w:p w14:paraId="71BA350B" w14:textId="770C2F5E" w:rsidR="006D327B" w:rsidRP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Kan samarbeid med kommunen, frivillige organisasjoner eller lokale aktører bidra til et bedre bomiljø?</w:t>
      </w:r>
    </w:p>
    <w:p w14:paraId="2E3461D2" w14:textId="77777777" w:rsidR="00F51717" w:rsidRDefault="00F51717" w:rsidP="00F51717">
      <w:pPr>
        <w:pStyle w:val="Punktliste"/>
        <w:rPr>
          <w:lang w:val="nb-NO"/>
        </w:rPr>
      </w:pPr>
      <w:r w:rsidRPr="00905809">
        <w:rPr>
          <w:lang w:val="nb-NO"/>
        </w:rPr>
        <w:t>Hvordan håndterer dere situasjoner med krevende eller dominerende beboere?</w:t>
      </w:r>
    </w:p>
    <w:p w14:paraId="2A997727" w14:textId="77777777" w:rsidR="00F51717" w:rsidRDefault="00F51717" w:rsidP="00F51717">
      <w:pPr>
        <w:pStyle w:val="Punktliste"/>
        <w:rPr>
          <w:lang w:val="nb-NO"/>
        </w:rPr>
      </w:pPr>
      <w:r>
        <w:rPr>
          <w:lang w:val="nb-NO"/>
        </w:rPr>
        <w:t>Hvordan får dere beboerne med på laget på en god måte?</w:t>
      </w:r>
    </w:p>
    <w:p w14:paraId="2DA45B7A" w14:textId="2059DBCE" w:rsid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Hvilke fysiske eller digitale møteplasser kan bidra til mer kontakt mellom beboerne?</w:t>
      </w:r>
    </w:p>
    <w:p w14:paraId="792A9547" w14:textId="77777777" w:rsidR="006D327B" w:rsidRP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Hvordan kan dere skape aktiviteter og møteplasser som passer for beboere i ulike aldre og livssituasjoner?</w:t>
      </w:r>
    </w:p>
    <w:p w14:paraId="1860F75C" w14:textId="02E1B8D8" w:rsidR="006D327B" w:rsidRPr="006D327B" w:rsidRDefault="006D327B" w:rsidP="006D327B">
      <w:pPr>
        <w:pStyle w:val="Punktliste"/>
        <w:rPr>
          <w:lang w:val="nb-NO" w:eastAsia="nb-NO"/>
        </w:rPr>
      </w:pPr>
      <w:r w:rsidRPr="006D327B">
        <w:rPr>
          <w:lang w:val="nb-NO" w:eastAsia="nb-NO"/>
        </w:rPr>
        <w:t>Hva kan boligselskapet gjøre for å forebygge ensomhet og fange opp beboere som ønsker mer kontakt?</w:t>
      </w:r>
    </w:p>
    <w:p w14:paraId="51BAE4F1" w14:textId="77777777" w:rsidR="00F51717" w:rsidRPr="00905809" w:rsidRDefault="00F51717" w:rsidP="00F51717">
      <w:pPr>
        <w:pStyle w:val="Punktliste"/>
        <w:rPr>
          <w:lang w:val="nb-NO"/>
        </w:rPr>
      </w:pPr>
      <w:r w:rsidRPr="00905809">
        <w:rPr>
          <w:lang w:val="nb-NO"/>
        </w:rPr>
        <w:t>Hvor opplever dere at grensen går mellom styrets ansvar og beboernes forventninger?</w:t>
      </w:r>
    </w:p>
    <w:p w14:paraId="1BF9BEDF" w14:textId="77777777" w:rsidR="00425CCD" w:rsidRPr="00905809" w:rsidRDefault="002F7CA8">
      <w:pPr>
        <w:rPr>
          <w:lang w:val="nb-NO"/>
        </w:rPr>
      </w:pPr>
      <w:r w:rsidRPr="00905809">
        <w:rPr>
          <w:b/>
          <w:color w:val="7F8C8D"/>
          <w:lang w:val="nb-NO"/>
        </w:rPr>
        <w:t>Notater fra gruppen</w:t>
      </w:r>
    </w:p>
    <w:p w14:paraId="571C241D" w14:textId="3AE6E1CA" w:rsidR="00425CCD" w:rsidRPr="002A3A64" w:rsidRDefault="002F7CA8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 w:rsidR="002A3A64">
        <w:rPr>
          <w:lang w:val="nb-NO"/>
        </w:rPr>
        <w:t>_____________________________</w:t>
      </w:r>
    </w:p>
    <w:p w14:paraId="720270C8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62ADA7BC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3B08B389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57DC593F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3B58B4DB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551F0FC5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23ACED15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3C10036A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D5FC99B" w14:textId="77777777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1BF6CF7" w14:textId="26F1C676" w:rsidR="002A3A64" w:rsidRPr="002A3A64" w:rsidRDefault="002A3A64" w:rsidP="002A3A64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61068A66" w14:textId="77777777" w:rsidR="002A3A64" w:rsidRDefault="002A3A64">
      <w:pPr>
        <w:rPr>
          <w:lang w:val="nb-NO"/>
        </w:rPr>
      </w:pPr>
    </w:p>
    <w:p w14:paraId="00A6AF9E" w14:textId="715C4F6C" w:rsidR="002A3A64" w:rsidRPr="00905809" w:rsidRDefault="002A3A64">
      <w:pPr>
        <w:rPr>
          <w:lang w:val="nb-NO"/>
        </w:rPr>
        <w:sectPr w:rsidR="002A3A64" w:rsidRPr="009058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9" w:h="16834"/>
          <w:pgMar w:top="1008" w:right="1008" w:bottom="1008" w:left="1008" w:header="720" w:footer="720" w:gutter="0"/>
          <w:cols w:space="720"/>
          <w:docGrid w:linePitch="360"/>
        </w:sectPr>
      </w:pPr>
    </w:p>
    <w:p w14:paraId="2D6789EE" w14:textId="0F8FB39E" w:rsidR="008D0686" w:rsidRPr="002A3A64" w:rsidRDefault="003908CD" w:rsidP="008D0686">
      <w:pPr>
        <w:pStyle w:val="Overskrift1"/>
        <w:rPr>
          <w:color w:val="A6192E"/>
          <w:lang w:val="nb-NO"/>
        </w:rPr>
      </w:pPr>
      <w:r>
        <w:rPr>
          <w:color w:val="A6192E"/>
          <w:lang w:val="nb-NO"/>
        </w:rPr>
        <w:lastRenderedPageBreak/>
        <w:t>T</w:t>
      </w:r>
      <w:r w:rsidR="006C658D" w:rsidRPr="00905809">
        <w:rPr>
          <w:color w:val="A6192E"/>
          <w:lang w:val="nb-NO"/>
        </w:rPr>
        <w:t xml:space="preserve">ema </w:t>
      </w:r>
      <w:r>
        <w:rPr>
          <w:color w:val="A6192E"/>
          <w:lang w:val="nb-NO"/>
        </w:rPr>
        <w:t>3</w:t>
      </w:r>
      <w:r w:rsidR="006C658D">
        <w:rPr>
          <w:color w:val="A6192E"/>
          <w:lang w:val="nb-NO"/>
        </w:rPr>
        <w:t xml:space="preserve"> - </w:t>
      </w:r>
      <w:r w:rsidR="008D0686">
        <w:rPr>
          <w:color w:val="A6192E"/>
          <w:lang w:val="nb-NO"/>
        </w:rPr>
        <w:t xml:space="preserve">Innspill på temaer </w:t>
      </w:r>
      <w:r w:rsidR="00AE66F2">
        <w:rPr>
          <w:color w:val="A6192E"/>
          <w:lang w:val="nb-NO"/>
        </w:rPr>
        <w:t xml:space="preserve">og innhold </w:t>
      </w:r>
      <w:r w:rsidR="008D0686">
        <w:rPr>
          <w:color w:val="A6192E"/>
          <w:lang w:val="nb-NO"/>
        </w:rPr>
        <w:t>for neste samling</w:t>
      </w:r>
    </w:p>
    <w:p w14:paraId="1EC665A9" w14:textId="77777777" w:rsidR="008D0686" w:rsidRPr="008D0686" w:rsidRDefault="008D0686" w:rsidP="008D0686">
      <w:pPr>
        <w:rPr>
          <w:lang w:val="nb-NO"/>
        </w:rPr>
      </w:pPr>
      <w:r w:rsidRPr="008D0686">
        <w:rPr>
          <w:b/>
          <w:color w:val="7F8C8D"/>
          <w:lang w:val="nb-NO"/>
        </w:rPr>
        <w:t>Notater fra gruppen</w:t>
      </w:r>
    </w:p>
    <w:p w14:paraId="3C36CDD3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1D82F1CB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382BFEE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0A09D65F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3671A3E0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40A8860B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1C2B1A48" w14:textId="77777777" w:rsidR="008D0686" w:rsidRPr="002A3A64" w:rsidRDefault="008D0686" w:rsidP="008D0686">
      <w:pPr>
        <w:rPr>
          <w:lang w:val="nb-NO"/>
        </w:rPr>
      </w:pPr>
      <w:r w:rsidRPr="002A3A64">
        <w:rPr>
          <w:lang w:val="nb-NO"/>
        </w:rPr>
        <w:t>_______________________________________________</w:t>
      </w:r>
      <w:r>
        <w:rPr>
          <w:lang w:val="nb-NO"/>
        </w:rPr>
        <w:t>_____________________________</w:t>
      </w:r>
    </w:p>
    <w:p w14:paraId="0BE3635C" w14:textId="77777777" w:rsidR="008D0686" w:rsidRPr="008D0686" w:rsidRDefault="008D0686" w:rsidP="002A3A64">
      <w:pPr>
        <w:rPr>
          <w:lang w:val="nb-NO"/>
        </w:rPr>
      </w:pPr>
    </w:p>
    <w:sectPr w:rsidR="008D0686" w:rsidRPr="008D0686" w:rsidSect="00034616">
      <w:type w:val="continuous"/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242A" w14:textId="77777777" w:rsidR="00A00A55" w:rsidRDefault="00A00A55">
      <w:pPr>
        <w:spacing w:after="0" w:line="240" w:lineRule="auto"/>
      </w:pPr>
      <w:r>
        <w:separator/>
      </w:r>
    </w:p>
  </w:endnote>
  <w:endnote w:type="continuationSeparator" w:id="0">
    <w:p w14:paraId="40A844AA" w14:textId="77777777" w:rsidR="00A00A55" w:rsidRDefault="00A00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D524" w14:textId="77777777" w:rsidR="00F51717" w:rsidRDefault="00F5171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AF12" w14:textId="77777777" w:rsidR="00F51717" w:rsidRDefault="00F5171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8A7F" w14:textId="77777777" w:rsidR="00F51717" w:rsidRDefault="00F5171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2937" w14:textId="77777777" w:rsidR="00A00A55" w:rsidRDefault="00A00A55">
      <w:pPr>
        <w:spacing w:after="0" w:line="240" w:lineRule="auto"/>
      </w:pPr>
      <w:r>
        <w:separator/>
      </w:r>
    </w:p>
  </w:footnote>
  <w:footnote w:type="continuationSeparator" w:id="0">
    <w:p w14:paraId="2FD04F2E" w14:textId="77777777" w:rsidR="00A00A55" w:rsidRDefault="00A00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B8BA" w14:textId="77777777" w:rsidR="00F51717" w:rsidRDefault="00F5171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2D5D" w14:textId="77777777" w:rsidR="00425CCD" w:rsidRDefault="002F7CA8">
    <w:pPr>
      <w:pStyle w:val="Topptekst"/>
    </w:pPr>
    <w:r>
      <w:rPr>
        <w:noProof/>
      </w:rPr>
      <w:drawing>
        <wp:inline distT="0" distB="0" distL="0" distR="0" wp14:anchorId="4C98EA7E" wp14:editId="2168CEC6">
          <wp:extent cx="1645920" cy="43159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bbl_horisontal_positiv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431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20B0" w14:textId="77777777" w:rsidR="00F51717" w:rsidRDefault="00F5171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48A697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6F4F17"/>
    <w:multiLevelType w:val="multilevel"/>
    <w:tmpl w:val="F31C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821202">
    <w:abstractNumId w:val="8"/>
  </w:num>
  <w:num w:numId="2" w16cid:durableId="1991446740">
    <w:abstractNumId w:val="6"/>
  </w:num>
  <w:num w:numId="3" w16cid:durableId="722413769">
    <w:abstractNumId w:val="5"/>
  </w:num>
  <w:num w:numId="4" w16cid:durableId="1994334053">
    <w:abstractNumId w:val="4"/>
  </w:num>
  <w:num w:numId="5" w16cid:durableId="461385232">
    <w:abstractNumId w:val="7"/>
  </w:num>
  <w:num w:numId="6" w16cid:durableId="498037320">
    <w:abstractNumId w:val="3"/>
  </w:num>
  <w:num w:numId="7" w16cid:durableId="375468568">
    <w:abstractNumId w:val="2"/>
  </w:num>
  <w:num w:numId="8" w16cid:durableId="1252159936">
    <w:abstractNumId w:val="1"/>
  </w:num>
  <w:num w:numId="9" w16cid:durableId="819464124">
    <w:abstractNumId w:val="0"/>
  </w:num>
  <w:num w:numId="10" w16cid:durableId="19933623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3A64"/>
    <w:rsid w:val="002F7CA8"/>
    <w:rsid w:val="00326F90"/>
    <w:rsid w:val="00354FB0"/>
    <w:rsid w:val="003908CD"/>
    <w:rsid w:val="00425CCD"/>
    <w:rsid w:val="00592506"/>
    <w:rsid w:val="00597F36"/>
    <w:rsid w:val="006301A5"/>
    <w:rsid w:val="006C658D"/>
    <w:rsid w:val="006D0765"/>
    <w:rsid w:val="006D327B"/>
    <w:rsid w:val="006D6A5F"/>
    <w:rsid w:val="00791008"/>
    <w:rsid w:val="007D63B6"/>
    <w:rsid w:val="008D0686"/>
    <w:rsid w:val="00905809"/>
    <w:rsid w:val="00A00A55"/>
    <w:rsid w:val="00AA1D8D"/>
    <w:rsid w:val="00AE66F2"/>
    <w:rsid w:val="00AF159B"/>
    <w:rsid w:val="00B47730"/>
    <w:rsid w:val="00BD5796"/>
    <w:rsid w:val="00BF2B22"/>
    <w:rsid w:val="00C307E9"/>
    <w:rsid w:val="00CB0664"/>
    <w:rsid w:val="00D65394"/>
    <w:rsid w:val="00D80327"/>
    <w:rsid w:val="00D803CB"/>
    <w:rsid w:val="00EA1C45"/>
    <w:rsid w:val="00F517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E0F1C"/>
  <w14:defaultImageDpi w14:val="300"/>
  <w15:docId w15:val="{F193E57E-9E68-49BF-A4A4-B700709A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717"/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 Inge Høiland</cp:lastModifiedBy>
  <cp:revision>2</cp:revision>
  <dcterms:created xsi:type="dcterms:W3CDTF">2026-10-06T11:47:00Z</dcterms:created>
  <dcterms:modified xsi:type="dcterms:W3CDTF">2026-10-06T11:47:00Z</dcterms:modified>
  <cp:category/>
</cp:coreProperties>
</file>