
<file path=[Content_Types].xml><?xml version="1.0" encoding="utf-8"?>
<Types xmlns="http://schemas.openxmlformats.org/package/2006/content-types">
  <Default Extension="pn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BCCA1" w14:textId="77777777" w:rsidR="00905809" w:rsidRDefault="00905809"/>
    <w:p w14:paraId="36F01F0D" w14:textId="1FACF6E7" w:rsidR="00425CCD" w:rsidRPr="00905809" w:rsidRDefault="00905809">
      <w:pPr>
        <w:rPr>
          <w:lang w:val="nb-NO"/>
        </w:rPr>
      </w:pPr>
      <w:r w:rsidRPr="00905809">
        <w:rPr>
          <w:lang w:val="nb-NO"/>
        </w:rPr>
        <w:t>Hv</w:t>
      </w:r>
      <w:r>
        <w:rPr>
          <w:lang w:val="nb-NO"/>
        </w:rPr>
        <w:t>er gruppe blir enige om hva man ønsker å fordype seg i fra hvert tema. Vi har satt opp noen spørsmål under hvert tema for å gi dere inspirasjon og hjelpe dere i gang, men dere velger selv hva</w:t>
      </w:r>
      <w:r w:rsidR="002F7CA8" w:rsidRPr="00905809">
        <w:rPr>
          <w:lang w:val="nb-NO"/>
        </w:rPr>
        <w:t xml:space="preserve"> dere vil fordype dere i.</w:t>
      </w:r>
      <w:r w:rsidR="002F7CA8" w:rsidRPr="00905809">
        <w:rPr>
          <w:lang w:val="nb-NO"/>
        </w:rPr>
        <w:br/>
        <w:t xml:space="preserve">Til slutt </w:t>
      </w:r>
      <w:r w:rsidR="006C658D">
        <w:rPr>
          <w:lang w:val="nb-NO"/>
        </w:rPr>
        <w:t>skal</w:t>
      </w:r>
      <w:r>
        <w:rPr>
          <w:lang w:val="nb-NO"/>
        </w:rPr>
        <w:t xml:space="preserve"> hver gruppe dele </w:t>
      </w:r>
      <w:r w:rsidR="002F7CA8" w:rsidRPr="00905809">
        <w:rPr>
          <w:lang w:val="nb-NO"/>
        </w:rPr>
        <w:t>i plenum</w:t>
      </w:r>
      <w:r w:rsidR="006C658D">
        <w:rPr>
          <w:lang w:val="nb-NO"/>
        </w:rPr>
        <w:t xml:space="preserve"> </w:t>
      </w:r>
      <w:r w:rsidR="002F7CA8" w:rsidRPr="00905809">
        <w:rPr>
          <w:lang w:val="nb-NO"/>
        </w:rPr>
        <w:t>– ett punkt fra hvert tema</w:t>
      </w:r>
      <w:r>
        <w:rPr>
          <w:lang w:val="nb-NO"/>
        </w:rPr>
        <w:t xml:space="preserve">, </w:t>
      </w:r>
      <w:r w:rsidR="006C658D">
        <w:rPr>
          <w:lang w:val="nb-NO"/>
        </w:rPr>
        <w:t>maksimalt</w:t>
      </w:r>
      <w:r>
        <w:rPr>
          <w:lang w:val="nb-NO"/>
        </w:rPr>
        <w:t xml:space="preserve"> 10 minutter</w:t>
      </w:r>
      <w:r w:rsidR="002F7CA8" w:rsidRPr="00905809">
        <w:rPr>
          <w:lang w:val="nb-NO"/>
        </w:rPr>
        <w:t>:</w:t>
      </w:r>
    </w:p>
    <w:p w14:paraId="79CB4CD4" w14:textId="1D70B5FF" w:rsidR="006C658D" w:rsidRPr="006C658D" w:rsidRDefault="002F7CA8">
      <w:pPr>
        <w:rPr>
          <w:bCs/>
          <w:lang w:val="nb-NO"/>
        </w:rPr>
      </w:pPr>
      <w:r w:rsidRPr="00905809">
        <w:rPr>
          <w:lang w:val="nb-NO"/>
        </w:rPr>
        <w:t>• én ting som fungerer bra i styrearbeidet</w:t>
      </w:r>
      <w:r w:rsidR="00905809">
        <w:rPr>
          <w:lang w:val="nb-NO"/>
        </w:rPr>
        <w:br/>
      </w:r>
      <w:r w:rsidRPr="00905809">
        <w:rPr>
          <w:lang w:val="nb-NO"/>
        </w:rPr>
        <w:t>• én utfordring mange kjenner seg igjen i</w:t>
      </w:r>
      <w:r w:rsidR="00905809">
        <w:rPr>
          <w:lang w:val="nb-NO"/>
        </w:rPr>
        <w:br/>
      </w:r>
      <w:r w:rsidRPr="00905809">
        <w:rPr>
          <w:lang w:val="nb-NO"/>
        </w:rPr>
        <w:t>• ett innspill eller forslag til KOBBL</w:t>
      </w:r>
      <w:r w:rsidR="006C658D">
        <w:rPr>
          <w:lang w:val="nb-NO"/>
        </w:rPr>
        <w:t xml:space="preserve"> som fungerer </w:t>
      </w:r>
      <w:r w:rsidR="006C658D" w:rsidRPr="006C658D">
        <w:rPr>
          <w:bCs/>
          <w:lang w:val="nb-NO"/>
        </w:rPr>
        <w:t>bra</w:t>
      </w:r>
      <w:r w:rsidR="006C658D">
        <w:rPr>
          <w:bCs/>
          <w:lang w:val="nb-NO"/>
        </w:rPr>
        <w:br/>
      </w:r>
      <w:r w:rsidR="006C658D" w:rsidRPr="00905809">
        <w:rPr>
          <w:lang w:val="nb-NO"/>
        </w:rPr>
        <w:t>• ett innspill eller forslag til KOBBL</w:t>
      </w:r>
      <w:r w:rsidR="006C658D">
        <w:rPr>
          <w:lang w:val="nb-NO"/>
        </w:rPr>
        <w:t xml:space="preserve"> som </w:t>
      </w:r>
      <w:r w:rsidR="006C658D">
        <w:rPr>
          <w:lang w:val="nb-NO"/>
        </w:rPr>
        <w:t>kan forbedres</w:t>
      </w:r>
    </w:p>
    <w:p w14:paraId="3DBFBC61" w14:textId="70E1F504" w:rsidR="00425CCD" w:rsidRPr="00905809" w:rsidRDefault="002F7CA8">
      <w:pPr>
        <w:pStyle w:val="Overskrift1"/>
        <w:rPr>
          <w:lang w:val="nb-NO"/>
        </w:rPr>
      </w:pPr>
      <w:r w:rsidRPr="00905809">
        <w:rPr>
          <w:color w:val="A6192E"/>
          <w:lang w:val="nb-NO"/>
        </w:rPr>
        <w:t>Tema 1 – Hva fungerer bra i styrearbeidet</w:t>
      </w:r>
      <w:r w:rsidR="00AE66F2">
        <w:rPr>
          <w:color w:val="A6192E"/>
          <w:lang w:val="nb-NO"/>
        </w:rPr>
        <w:br/>
      </w:r>
      <w:r w:rsidR="00AE66F2" w:rsidRPr="00AE66F2">
        <w:rPr>
          <w:b w:val="0"/>
          <w:bCs w:val="0"/>
          <w:color w:val="auto"/>
          <w:lang w:val="nb-NO"/>
        </w:rPr>
        <w:t>Momenter til inspirasjon:</w:t>
      </w:r>
    </w:p>
    <w:p w14:paraId="621D703F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gjør dere som bidrar til godt samarbeid i styret?</w:t>
      </w:r>
    </w:p>
    <w:p w14:paraId="1E681E65" w14:textId="77777777" w:rsidR="00425CCD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skaper dere en positiv og trygg arbeidskultur?</w:t>
      </w:r>
    </w:p>
    <w:p w14:paraId="76E27989" w14:textId="77777777" w:rsidR="00905809" w:rsidRPr="00905809" w:rsidRDefault="00905809" w:rsidP="00905809">
      <w:pPr>
        <w:pStyle w:val="Punktliste"/>
        <w:rPr>
          <w:lang w:val="nb-NO"/>
        </w:rPr>
      </w:pPr>
      <w:r w:rsidRPr="00905809">
        <w:rPr>
          <w:lang w:val="nb-NO"/>
        </w:rPr>
        <w:t>Hvilke beslutningsprosesser fungerer godt hos dere?</w:t>
      </w:r>
    </w:p>
    <w:p w14:paraId="0F1D6CC5" w14:textId="1329D0C4" w:rsidR="00905809" w:rsidRPr="00905809" w:rsidRDefault="00905809" w:rsidP="00905809">
      <w:pPr>
        <w:pStyle w:val="Punktliste"/>
        <w:rPr>
          <w:lang w:val="nb-NO"/>
        </w:rPr>
      </w:pPr>
      <w:r w:rsidRPr="00905809">
        <w:rPr>
          <w:lang w:val="nb-NO"/>
        </w:rPr>
        <w:t>Hva opplever du som deres største styrke som styre?</w:t>
      </w:r>
    </w:p>
    <w:p w14:paraId="1B62C5B0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sørger dere for god kommunikasjon internt i styret?</w:t>
      </w:r>
    </w:p>
    <w:p w14:paraId="37469EDF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rutiner har dere for å sikre at alle blir hørt?</w:t>
      </w:r>
    </w:p>
    <w:p w14:paraId="40694A31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Har dere rutiner eller grep som gjør styrearbeidet enklere i praksis?</w:t>
      </w:r>
    </w:p>
    <w:p w14:paraId="225012AB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 xml:space="preserve">Hvilke digitale verktøy bruker dere (dokumenthåndtering, </w:t>
      </w:r>
      <w:proofErr w:type="gramStart"/>
      <w:r w:rsidRPr="00905809">
        <w:rPr>
          <w:lang w:val="nb-NO"/>
        </w:rPr>
        <w:t>samarbeid,</w:t>
      </w:r>
      <w:proofErr w:type="gramEnd"/>
      <w:r w:rsidRPr="00905809">
        <w:rPr>
          <w:lang w:val="nb-NO"/>
        </w:rPr>
        <w:t xml:space="preserve"> kommunikasjon)?</w:t>
      </w:r>
    </w:p>
    <w:p w14:paraId="74E8EDEE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 xml:space="preserve">Hvordan jobber dere med struktur: møteplaner, </w:t>
      </w:r>
      <w:proofErr w:type="spellStart"/>
      <w:r w:rsidRPr="00905809">
        <w:rPr>
          <w:lang w:val="nb-NO"/>
        </w:rPr>
        <w:t>årshjul</w:t>
      </w:r>
      <w:proofErr w:type="spellEnd"/>
      <w:r w:rsidRPr="00905809">
        <w:rPr>
          <w:lang w:val="nb-NO"/>
        </w:rPr>
        <w:t>, faste prosesser?</w:t>
      </w:r>
    </w:p>
    <w:p w14:paraId="26FCAC10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har gitt dere best flyt i styrearbeidet?</w:t>
      </w:r>
    </w:p>
    <w:p w14:paraId="2BF063CB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Er det noe dere gjør som andre styrer kan lære av?</w:t>
      </w:r>
    </w:p>
    <w:p w14:paraId="40312E0D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tiltak har dere innført som har vært særlig vellykkede?</w:t>
      </w:r>
    </w:p>
    <w:p w14:paraId="39C07141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 xml:space="preserve">Hvordan </w:t>
      </w:r>
      <w:proofErr w:type="spellStart"/>
      <w:r w:rsidRPr="00905809">
        <w:rPr>
          <w:lang w:val="nb-NO"/>
        </w:rPr>
        <w:t>onboarder</w:t>
      </w:r>
      <w:proofErr w:type="spellEnd"/>
      <w:r w:rsidRPr="00905809">
        <w:rPr>
          <w:lang w:val="nb-NO"/>
        </w:rPr>
        <w:t xml:space="preserve"> dere nye styremedlemmer på en god måte?</w:t>
      </w:r>
    </w:p>
    <w:p w14:paraId="26C59DDC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Har dere lykkes med å skape engasjement blant beboerne eller i styret?</w:t>
      </w:r>
    </w:p>
    <w:p w14:paraId="0645D332" w14:textId="77777777" w:rsidR="00425CCD" w:rsidRPr="00905809" w:rsidRDefault="002F7CA8">
      <w:pPr>
        <w:rPr>
          <w:lang w:val="nb-NO"/>
        </w:rPr>
      </w:pPr>
      <w:r w:rsidRPr="00905809">
        <w:rPr>
          <w:b/>
          <w:color w:val="7F8C8D"/>
          <w:lang w:val="nb-NO"/>
        </w:rPr>
        <w:t>Notater fra gruppen</w:t>
      </w:r>
    </w:p>
    <w:p w14:paraId="67C42A0D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B8E2B42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81E6A74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51E6B822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B32E1F2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A12C27B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CBB99B1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403C6D6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FEFC7AC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5CCBF9B5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6F99393" w14:textId="77777777" w:rsidR="00905809" w:rsidRDefault="00905809">
      <w:pPr>
        <w:rPr>
          <w:lang w:val="nb-NO"/>
        </w:rPr>
      </w:pPr>
    </w:p>
    <w:p w14:paraId="0F7CBFF1" w14:textId="77777777" w:rsidR="002A3A64" w:rsidRPr="00905809" w:rsidRDefault="002A3A64">
      <w:pPr>
        <w:rPr>
          <w:lang w:val="nb-NO"/>
        </w:rPr>
        <w:sectPr w:rsidR="002A3A64" w:rsidRPr="00905809">
          <w:headerReference w:type="default" r:id="rId8"/>
          <w:pgSz w:w="11909" w:h="16834"/>
          <w:pgMar w:top="1008" w:right="1008" w:bottom="1008" w:left="1008" w:header="720" w:footer="720" w:gutter="0"/>
          <w:cols w:space="720"/>
          <w:docGrid w:linePitch="360"/>
        </w:sectPr>
      </w:pPr>
    </w:p>
    <w:p w14:paraId="65A90BD9" w14:textId="32CC08B5" w:rsidR="00425CCD" w:rsidRPr="00905809" w:rsidRDefault="002F7CA8">
      <w:pPr>
        <w:pStyle w:val="Overskrift1"/>
        <w:rPr>
          <w:lang w:val="nb-NO"/>
        </w:rPr>
      </w:pPr>
      <w:r w:rsidRPr="00905809">
        <w:rPr>
          <w:color w:val="A6192E"/>
          <w:lang w:val="nb-NO"/>
        </w:rPr>
        <w:t>Tema 2 – Vanlige utfordringer i styrelederrollen</w:t>
      </w:r>
      <w:r w:rsidR="00AE66F2">
        <w:rPr>
          <w:color w:val="A6192E"/>
          <w:lang w:val="nb-NO"/>
        </w:rPr>
        <w:br/>
      </w:r>
      <w:r w:rsidR="00AE66F2" w:rsidRPr="00AE66F2">
        <w:rPr>
          <w:b w:val="0"/>
          <w:bCs w:val="0"/>
          <w:color w:val="auto"/>
          <w:lang w:val="nb-NO"/>
        </w:rPr>
        <w:t>Momenter til inspirasjon:</w:t>
      </w:r>
    </w:p>
    <w:p w14:paraId="0F5F2842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opplever du som mest krevende i rollen som styreleder?</w:t>
      </w:r>
    </w:p>
    <w:p w14:paraId="509814D0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balanserer du tid, ansvar og forventninger?</w:t>
      </w:r>
    </w:p>
    <w:p w14:paraId="7563492C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arbeidsoppgaver stjeler mest energi — og hvorfor?</w:t>
      </w:r>
    </w:p>
    <w:p w14:paraId="49FFFC26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håndterer dere konflikter mellom beboere?</w:t>
      </w:r>
    </w:p>
    <w:p w14:paraId="7C7911F2" w14:textId="77777777" w:rsidR="00425CCD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håndterer dere situasjoner med krevende eller dominerende beboere?</w:t>
      </w:r>
    </w:p>
    <w:p w14:paraId="1DFDDC96" w14:textId="4CD38E56" w:rsidR="008D0686" w:rsidRPr="00905809" w:rsidRDefault="008D0686">
      <w:pPr>
        <w:pStyle w:val="Punktliste"/>
        <w:rPr>
          <w:lang w:val="nb-NO"/>
        </w:rPr>
      </w:pPr>
      <w:r>
        <w:rPr>
          <w:lang w:val="nb-NO"/>
        </w:rPr>
        <w:t>Hvordan får dere beboerne med på laget på en god måte?</w:t>
      </w:r>
    </w:p>
    <w:p w14:paraId="4BB27071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gjør dere når beboere ikke følger husordensreglene?</w:t>
      </w:r>
    </w:p>
    <w:p w14:paraId="17907EE3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sikrer dere at kommunikasjonen er profesjonell og tydelig?</w:t>
      </w:r>
    </w:p>
    <w:p w14:paraId="1BA0E325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opplever dere engasjementet i styret – er det lett eller vanskelig å få medlemmene til å bidra?</w:t>
      </w:r>
    </w:p>
    <w:p w14:paraId="0636C847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gjør dere når styremedlemmer er passive eller ikke følger opp oppgaver?</w:t>
      </w:r>
    </w:p>
    <w:p w14:paraId="7EAE0A5B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fordeler dere oppgaver for å unngå at styreleder brenner ut?</w:t>
      </w:r>
    </w:p>
    <w:p w14:paraId="50182304" w14:textId="66F08DB9" w:rsidR="00425CCD" w:rsidRDefault="002F7CA8" w:rsidP="002A3A64">
      <w:pPr>
        <w:pStyle w:val="Punktliste"/>
      </w:pPr>
      <w:proofErr w:type="spellStart"/>
      <w:r>
        <w:t>Hvordan</w:t>
      </w:r>
      <w:proofErr w:type="spellEnd"/>
      <w:r>
        <w:t xml:space="preserve"> </w:t>
      </w:r>
      <w:proofErr w:type="spellStart"/>
      <w:r>
        <w:t>involverer</w:t>
      </w:r>
      <w:proofErr w:type="spellEnd"/>
      <w:r>
        <w:t xml:space="preserve"> </w:t>
      </w:r>
      <w:proofErr w:type="spellStart"/>
      <w:r>
        <w:t>dere</w:t>
      </w:r>
      <w:proofErr w:type="spellEnd"/>
      <w:r>
        <w:t xml:space="preserve"> </w:t>
      </w:r>
      <w:proofErr w:type="spellStart"/>
      <w:r>
        <w:t>varamedlemmer</w:t>
      </w:r>
      <w:proofErr w:type="spellEnd"/>
      <w:r>
        <w:t>?</w:t>
      </w:r>
    </w:p>
    <w:p w14:paraId="49043DC6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 opplever dere at grensen går mellom styrets ansvar og beboernes forventninger?</w:t>
      </w:r>
    </w:p>
    <w:p w14:paraId="42C2AF4B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håndterer dere misforståelser om hva styret «skal» og «ikke skal» gjøre?</w:t>
      </w:r>
    </w:p>
    <w:p w14:paraId="41CBAC55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Hvordan sikrer dere at styret ikke blir brukt som klageinstans i unødvendig småsaker?</w:t>
      </w:r>
    </w:p>
    <w:p w14:paraId="3D9F1BC9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Når bør styreleder involvere forretningsfører, ekstern fagperson eller advokat?</w:t>
      </w:r>
    </w:p>
    <w:p w14:paraId="1BF9BEDF" w14:textId="77777777" w:rsidR="00425CCD" w:rsidRPr="00905809" w:rsidRDefault="002F7CA8">
      <w:pPr>
        <w:rPr>
          <w:lang w:val="nb-NO"/>
        </w:rPr>
      </w:pPr>
      <w:r w:rsidRPr="00905809">
        <w:rPr>
          <w:b/>
          <w:color w:val="7F8C8D"/>
          <w:lang w:val="nb-NO"/>
        </w:rPr>
        <w:t>Notater fra gruppen</w:t>
      </w:r>
    </w:p>
    <w:p w14:paraId="571C241D" w14:textId="3AE6E1CA" w:rsidR="00425CCD" w:rsidRPr="002A3A64" w:rsidRDefault="002F7CA8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 w:rsidR="002A3A64">
        <w:rPr>
          <w:lang w:val="nb-NO"/>
        </w:rPr>
        <w:t>_____________________________</w:t>
      </w:r>
    </w:p>
    <w:p w14:paraId="720270C8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2ADA7BC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3B08B389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57DC593F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3B58B4DB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551F0FC5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23ACED15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3C10036A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D5FC99B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EC61FD0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1BF6CF7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61068A66" w14:textId="77777777" w:rsidR="002A3A64" w:rsidRDefault="002A3A64">
      <w:pPr>
        <w:rPr>
          <w:lang w:val="nb-NO"/>
        </w:rPr>
      </w:pPr>
    </w:p>
    <w:p w14:paraId="092742A3" w14:textId="77777777" w:rsidR="006C658D" w:rsidRDefault="006C658D">
      <w:pPr>
        <w:rPr>
          <w:lang w:val="nb-NO"/>
        </w:rPr>
      </w:pPr>
    </w:p>
    <w:p w14:paraId="1A5AECA6" w14:textId="77777777" w:rsidR="002A3A64" w:rsidRDefault="002A3A64">
      <w:pPr>
        <w:rPr>
          <w:lang w:val="nb-NO"/>
        </w:rPr>
      </w:pPr>
    </w:p>
    <w:p w14:paraId="00A6AF9E" w14:textId="715C4F6C" w:rsidR="002A3A64" w:rsidRPr="00905809" w:rsidRDefault="002A3A64">
      <w:pPr>
        <w:rPr>
          <w:lang w:val="nb-NO"/>
        </w:rPr>
        <w:sectPr w:rsidR="002A3A64" w:rsidRPr="00905809">
          <w:type w:val="continuous"/>
          <w:pgSz w:w="11909" w:h="16834"/>
          <w:pgMar w:top="1008" w:right="1008" w:bottom="1008" w:left="1008" w:header="720" w:footer="720" w:gutter="0"/>
          <w:cols w:space="720"/>
          <w:docGrid w:linePitch="360"/>
        </w:sectPr>
      </w:pPr>
    </w:p>
    <w:p w14:paraId="6155116F" w14:textId="733D1A35" w:rsidR="00AE66F2" w:rsidRDefault="002F7CA8" w:rsidP="006C658D">
      <w:pPr>
        <w:pStyle w:val="Overskrift1"/>
        <w:rPr>
          <w:lang w:val="nb-NO"/>
        </w:rPr>
      </w:pPr>
      <w:r w:rsidRPr="00905809">
        <w:rPr>
          <w:color w:val="A6192E"/>
          <w:lang w:val="nb-NO"/>
        </w:rPr>
        <w:t xml:space="preserve">Tema 3 – Samspill med </w:t>
      </w:r>
      <w:r w:rsidR="002A3A64">
        <w:rPr>
          <w:color w:val="A6192E"/>
          <w:lang w:val="nb-NO"/>
        </w:rPr>
        <w:t>KOBBL</w:t>
      </w:r>
      <w:r w:rsidR="00AE66F2">
        <w:rPr>
          <w:color w:val="A6192E"/>
          <w:lang w:val="nb-NO"/>
        </w:rPr>
        <w:br/>
      </w:r>
      <w:r w:rsidR="00AE66F2" w:rsidRPr="00AE66F2">
        <w:rPr>
          <w:b w:val="0"/>
          <w:bCs w:val="0"/>
          <w:color w:val="auto"/>
          <w:lang w:val="nb-NO"/>
        </w:rPr>
        <w:t>Momenter til inspirasjon:</w:t>
      </w:r>
    </w:p>
    <w:p w14:paraId="24B2E0CE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tjenester eller områder opplever dere som mest profesjonelle og stabile?</w:t>
      </w:r>
    </w:p>
    <w:p w14:paraId="7D66F382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 xml:space="preserve">Hvordan fungerer kommunikasjonen — raskhet, </w:t>
      </w:r>
      <w:proofErr w:type="gramStart"/>
      <w:r w:rsidRPr="00905809">
        <w:rPr>
          <w:lang w:val="nb-NO"/>
        </w:rPr>
        <w:t>klarhet,</w:t>
      </w:r>
      <w:proofErr w:type="gramEnd"/>
      <w:r w:rsidRPr="00905809">
        <w:rPr>
          <w:lang w:val="nb-NO"/>
        </w:rPr>
        <w:t xml:space="preserve"> oppfølging?</w:t>
      </w:r>
    </w:p>
    <w:p w14:paraId="0AA47C17" w14:textId="3AA051FB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kunne</w:t>
      </w:r>
      <w:r w:rsidR="002A3A64">
        <w:rPr>
          <w:lang w:val="nb-NO"/>
        </w:rPr>
        <w:t xml:space="preserve"> forretningsfører gjort for å gjøre</w:t>
      </w:r>
      <w:r w:rsidRPr="00905809">
        <w:rPr>
          <w:lang w:val="nb-NO"/>
        </w:rPr>
        <w:t xml:space="preserve"> styrehverdagen enklere?</w:t>
      </w:r>
    </w:p>
    <w:p w14:paraId="76FE6059" w14:textId="5618ABF0" w:rsidR="00AE66F2" w:rsidRPr="006C658D" w:rsidRDefault="002F7CA8" w:rsidP="006C658D">
      <w:pPr>
        <w:pStyle w:val="Punktliste"/>
        <w:rPr>
          <w:lang w:val="nb-NO"/>
        </w:rPr>
      </w:pPr>
      <w:r w:rsidRPr="00905809">
        <w:rPr>
          <w:lang w:val="nb-NO"/>
        </w:rPr>
        <w:t>Hvilke oppgaver mener dere at forretningsfører burde ta mer ansvar for?</w:t>
      </w:r>
    </w:p>
    <w:p w14:paraId="257B7B91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kunne spart dere mest tid i det daglige styrearbeidet?</w:t>
      </w:r>
    </w:p>
    <w:p w14:paraId="752BB378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Er det informasjon eller oppfølging dere savner?</w:t>
      </w:r>
    </w:p>
    <w:p w14:paraId="2890E9EC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Får dere den dokumentasjonen dere trenger, når dere trenger den?</w:t>
      </w:r>
    </w:p>
    <w:p w14:paraId="5A6AC8CB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 xml:space="preserve">Hvordan fungerer økonomirapportering, </w:t>
      </w:r>
      <w:proofErr w:type="gramStart"/>
      <w:r w:rsidRPr="00905809">
        <w:rPr>
          <w:lang w:val="nb-NO"/>
        </w:rPr>
        <w:t>fakturabehandling,</w:t>
      </w:r>
      <w:proofErr w:type="gramEnd"/>
      <w:r w:rsidRPr="00905809">
        <w:rPr>
          <w:lang w:val="nb-NO"/>
        </w:rPr>
        <w:t xml:space="preserve"> budsjettering?</w:t>
      </w:r>
    </w:p>
    <w:p w14:paraId="4DA5E737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Får dere nok juridiske råd eller veiledning?</w:t>
      </w:r>
    </w:p>
    <w:p w14:paraId="610CACF0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tjenester eller verktøy kunne vært nyttige for styret fremover?</w:t>
      </w:r>
    </w:p>
    <w:p w14:paraId="3E536E4C" w14:textId="77777777" w:rsidR="00425CCD" w:rsidRPr="00905809" w:rsidRDefault="002F7CA8">
      <w:pPr>
        <w:pStyle w:val="Punktliste"/>
        <w:rPr>
          <w:lang w:val="nb-NO"/>
        </w:rPr>
      </w:pPr>
      <w:r w:rsidRPr="00905809">
        <w:rPr>
          <w:lang w:val="nb-NO"/>
        </w:rPr>
        <w:t>Hvilke digitale løsninger savner dere mest?</w:t>
      </w:r>
    </w:p>
    <w:p w14:paraId="1E631022" w14:textId="1DBEF2EC" w:rsidR="006301A5" w:rsidRPr="006301A5" w:rsidRDefault="002F7CA8" w:rsidP="006301A5">
      <w:pPr>
        <w:pStyle w:val="Punktliste"/>
        <w:rPr>
          <w:lang w:val="nb-NO"/>
        </w:rPr>
      </w:pPr>
      <w:r w:rsidRPr="00905809">
        <w:rPr>
          <w:lang w:val="nb-NO"/>
        </w:rPr>
        <w:t>Hvordan kunne KOBBL støttet dere enda bedre i drift, vedlikehold?</w:t>
      </w:r>
    </w:p>
    <w:p w14:paraId="2272D9D4" w14:textId="77777777" w:rsidR="00425CCD" w:rsidRDefault="002F7CA8">
      <w:pPr>
        <w:pStyle w:val="Punktliste"/>
        <w:rPr>
          <w:lang w:val="nb-NO"/>
        </w:rPr>
      </w:pPr>
      <w:r w:rsidRPr="00905809">
        <w:rPr>
          <w:lang w:val="nb-NO"/>
        </w:rPr>
        <w:t>Hva tror dere blir viktigste behov for styrer de neste årene?</w:t>
      </w:r>
    </w:p>
    <w:p w14:paraId="742735F6" w14:textId="45AAF697" w:rsidR="00D80327" w:rsidRPr="00905809" w:rsidRDefault="00D80327">
      <w:pPr>
        <w:pStyle w:val="Punktliste"/>
        <w:rPr>
          <w:lang w:val="nb-NO"/>
        </w:rPr>
      </w:pPr>
      <w:r>
        <w:rPr>
          <w:lang w:val="nb-NO"/>
        </w:rPr>
        <w:t>Hvordan kan KOBBL øke deltagelsen fra styremedlemmer på styrekonferansen?</w:t>
      </w:r>
    </w:p>
    <w:p w14:paraId="2B1B4EC4" w14:textId="73D56D15" w:rsidR="00425CCD" w:rsidRPr="006C658D" w:rsidRDefault="006C658D">
      <w:pPr>
        <w:rPr>
          <w:b/>
          <w:color w:val="EE0000"/>
          <w:sz w:val="24"/>
          <w:szCs w:val="24"/>
          <w:lang w:val="nb-NO"/>
        </w:rPr>
      </w:pPr>
      <w:r w:rsidRPr="006C658D">
        <w:rPr>
          <w:b/>
          <w:color w:val="EE0000"/>
          <w:sz w:val="24"/>
          <w:szCs w:val="24"/>
          <w:lang w:val="nb-NO"/>
        </w:rPr>
        <w:t>Del 1: Hva fungerer bra i samarbeidet med forretningsfører i dag?</w:t>
      </w:r>
      <w:r>
        <w:rPr>
          <w:b/>
          <w:color w:val="EE0000"/>
          <w:sz w:val="24"/>
          <w:szCs w:val="24"/>
          <w:lang w:val="nb-NO"/>
        </w:rPr>
        <w:br/>
      </w:r>
      <w:r w:rsidR="002F7CA8" w:rsidRPr="00AE66F2">
        <w:rPr>
          <w:b/>
          <w:color w:val="7F8C8D"/>
          <w:lang w:val="nb-NO"/>
        </w:rPr>
        <w:t>Notater fra gruppen</w:t>
      </w:r>
    </w:p>
    <w:p w14:paraId="256BE2EC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7C7F43C" w14:textId="7A6BC911" w:rsidR="006C658D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5BFC25A5" w14:textId="77777777" w:rsidR="006C658D" w:rsidRDefault="006C658D" w:rsidP="006C658D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64BA982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2C7A577" w14:textId="4988B337" w:rsidR="006C658D" w:rsidRDefault="002A3A64" w:rsidP="006C658D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02379C8" w14:textId="77777777" w:rsidR="006C658D" w:rsidRDefault="006C658D" w:rsidP="006C658D">
      <w:pPr>
        <w:pStyle w:val="Punktliste"/>
        <w:numPr>
          <w:ilvl w:val="0"/>
          <w:numId w:val="0"/>
        </w:numPr>
        <w:ind w:left="360" w:hanging="360"/>
        <w:rPr>
          <w:lang w:val="nb-NO"/>
        </w:rPr>
      </w:pPr>
    </w:p>
    <w:p w14:paraId="30313FF3" w14:textId="02A2AA83" w:rsidR="006C658D" w:rsidRPr="006301A5" w:rsidRDefault="006C658D" w:rsidP="006C658D">
      <w:pPr>
        <w:pStyle w:val="Punktliste"/>
        <w:numPr>
          <w:ilvl w:val="0"/>
          <w:numId w:val="0"/>
        </w:numPr>
        <w:ind w:left="360" w:hanging="360"/>
        <w:rPr>
          <w:b/>
          <w:bCs/>
          <w:color w:val="EE0000"/>
          <w:sz w:val="24"/>
          <w:szCs w:val="24"/>
          <w:lang w:val="nb-NO"/>
        </w:rPr>
      </w:pPr>
      <w:r w:rsidRPr="006301A5">
        <w:rPr>
          <w:b/>
          <w:bCs/>
          <w:color w:val="EE0000"/>
          <w:sz w:val="24"/>
          <w:szCs w:val="24"/>
          <w:lang w:val="nb-NO"/>
        </w:rPr>
        <w:t>Del 2: Hva kan forbedres i samarbeidet med forretningsfører i dag?</w:t>
      </w:r>
    </w:p>
    <w:p w14:paraId="272D015C" w14:textId="0B680269" w:rsidR="006C658D" w:rsidRPr="006C658D" w:rsidRDefault="006C658D" w:rsidP="006C658D">
      <w:pPr>
        <w:pStyle w:val="Punktliste"/>
        <w:numPr>
          <w:ilvl w:val="0"/>
          <w:numId w:val="0"/>
        </w:numPr>
        <w:ind w:left="360" w:hanging="360"/>
        <w:rPr>
          <w:b/>
          <w:bCs/>
          <w:sz w:val="24"/>
          <w:szCs w:val="24"/>
          <w:lang w:val="nb-NO"/>
        </w:rPr>
      </w:pPr>
      <w:r w:rsidRPr="00AE66F2">
        <w:rPr>
          <w:b/>
          <w:color w:val="7F8C8D"/>
          <w:lang w:val="nb-NO"/>
        </w:rPr>
        <w:t>Notater fra gruppen</w:t>
      </w:r>
    </w:p>
    <w:p w14:paraId="0499ED75" w14:textId="77777777" w:rsidR="006C658D" w:rsidRPr="002A3A64" w:rsidRDefault="006C658D" w:rsidP="006C658D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54D2689" w14:textId="380291CF" w:rsidR="002A3A64" w:rsidRPr="002A3A64" w:rsidRDefault="006C658D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BCC2545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71BE9730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37BB0573" w14:textId="77777777" w:rsidR="002A3A64" w:rsidRPr="002A3A64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747116B" w14:textId="3C9BFE2B" w:rsidR="00425CCD" w:rsidRDefault="002A3A64" w:rsidP="002A3A64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1688BDC" w14:textId="77777777" w:rsidR="008D0686" w:rsidRPr="008D0686" w:rsidRDefault="008D0686" w:rsidP="002A3A64">
      <w:pPr>
        <w:rPr>
          <w:lang w:val="nb-NO"/>
        </w:rPr>
      </w:pPr>
    </w:p>
    <w:p w14:paraId="66C24983" w14:textId="77777777" w:rsidR="006C658D" w:rsidRDefault="006C658D" w:rsidP="008D0686">
      <w:pPr>
        <w:pStyle w:val="Overskrift1"/>
        <w:rPr>
          <w:color w:val="A6192E"/>
          <w:lang w:val="nb-NO"/>
        </w:rPr>
      </w:pPr>
    </w:p>
    <w:p w14:paraId="2D6789EE" w14:textId="265188A0" w:rsidR="008D0686" w:rsidRPr="002A3A64" w:rsidRDefault="006C658D" w:rsidP="008D0686">
      <w:pPr>
        <w:pStyle w:val="Overskrift1"/>
        <w:rPr>
          <w:color w:val="A6192E"/>
          <w:lang w:val="nb-NO"/>
        </w:rPr>
      </w:pPr>
      <w:r w:rsidRPr="00905809">
        <w:rPr>
          <w:color w:val="A6192E"/>
          <w:lang w:val="nb-NO"/>
        </w:rPr>
        <w:t xml:space="preserve">Tema </w:t>
      </w:r>
      <w:r>
        <w:rPr>
          <w:color w:val="A6192E"/>
          <w:lang w:val="nb-NO"/>
        </w:rPr>
        <w:t xml:space="preserve">4 </w:t>
      </w:r>
      <w:r>
        <w:rPr>
          <w:color w:val="A6192E"/>
          <w:lang w:val="nb-NO"/>
        </w:rPr>
        <w:t xml:space="preserve">- </w:t>
      </w:r>
      <w:r w:rsidR="008D0686">
        <w:rPr>
          <w:color w:val="A6192E"/>
          <w:lang w:val="nb-NO"/>
        </w:rPr>
        <w:t xml:space="preserve">Innspill på temaer </w:t>
      </w:r>
      <w:r w:rsidR="00AE66F2">
        <w:rPr>
          <w:color w:val="A6192E"/>
          <w:lang w:val="nb-NO"/>
        </w:rPr>
        <w:t xml:space="preserve">og innhold </w:t>
      </w:r>
      <w:r w:rsidR="008D0686">
        <w:rPr>
          <w:color w:val="A6192E"/>
          <w:lang w:val="nb-NO"/>
        </w:rPr>
        <w:t>for neste samling</w:t>
      </w:r>
    </w:p>
    <w:p w14:paraId="1EC665A9" w14:textId="77777777" w:rsidR="008D0686" w:rsidRPr="008D0686" w:rsidRDefault="008D0686" w:rsidP="008D0686">
      <w:pPr>
        <w:rPr>
          <w:lang w:val="nb-NO"/>
        </w:rPr>
      </w:pPr>
      <w:r w:rsidRPr="008D0686">
        <w:rPr>
          <w:b/>
          <w:color w:val="7F8C8D"/>
          <w:lang w:val="nb-NO"/>
        </w:rPr>
        <w:t>Notater fra gruppen</w:t>
      </w:r>
    </w:p>
    <w:p w14:paraId="3C36CDD3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D82F1CB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382BFEE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A09D65F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3671A3E0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40A8860B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1C2B1A48" w14:textId="77777777" w:rsidR="008D0686" w:rsidRPr="002A3A64" w:rsidRDefault="008D0686" w:rsidP="008D0686">
      <w:pPr>
        <w:rPr>
          <w:lang w:val="nb-NO"/>
        </w:rPr>
      </w:pPr>
      <w:r w:rsidRPr="002A3A64">
        <w:rPr>
          <w:lang w:val="nb-NO"/>
        </w:rPr>
        <w:t>_______________________________________________</w:t>
      </w:r>
      <w:r>
        <w:rPr>
          <w:lang w:val="nb-NO"/>
        </w:rPr>
        <w:t>_____________________________</w:t>
      </w:r>
    </w:p>
    <w:p w14:paraId="0BE3635C" w14:textId="77777777" w:rsidR="008D0686" w:rsidRPr="008D0686" w:rsidRDefault="008D0686" w:rsidP="002A3A64">
      <w:pPr>
        <w:rPr>
          <w:lang w:val="nb-NO"/>
        </w:rPr>
      </w:pPr>
    </w:p>
    <w:sectPr w:rsidR="008D0686" w:rsidRPr="008D0686" w:rsidSect="00034616">
      <w:type w:val="continuous"/>
      <w:pgSz w:w="11909" w:h="16834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D11E1" w14:textId="77777777" w:rsidR="00EA1C45" w:rsidRDefault="00EA1C45">
      <w:pPr>
        <w:spacing w:after="0" w:line="240" w:lineRule="auto"/>
      </w:pPr>
      <w:r>
        <w:separator/>
      </w:r>
    </w:p>
  </w:endnote>
  <w:endnote w:type="continuationSeparator" w:id="0">
    <w:p w14:paraId="0E179683" w14:textId="77777777" w:rsidR="00EA1C45" w:rsidRDefault="00EA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3C1B6" w14:textId="77777777" w:rsidR="00EA1C45" w:rsidRDefault="00EA1C45">
      <w:pPr>
        <w:spacing w:after="0" w:line="240" w:lineRule="auto"/>
      </w:pPr>
      <w:r>
        <w:separator/>
      </w:r>
    </w:p>
  </w:footnote>
  <w:footnote w:type="continuationSeparator" w:id="0">
    <w:p w14:paraId="4E8F7F18" w14:textId="77777777" w:rsidR="00EA1C45" w:rsidRDefault="00EA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92D5D" w14:textId="77777777" w:rsidR="00425CCD" w:rsidRDefault="002F7CA8">
    <w:pPr>
      <w:pStyle w:val="Topptekst"/>
    </w:pPr>
    <w:r>
      <w:rPr>
        <w:noProof/>
      </w:rPr>
      <w:drawing>
        <wp:inline distT="0" distB="0" distL="0" distR="0" wp14:anchorId="4C98EA7E" wp14:editId="2168CEC6">
          <wp:extent cx="1645920" cy="43159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bbl_horisontal_positiv_rgb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5920" cy="4315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6FCA780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47821202">
    <w:abstractNumId w:val="8"/>
  </w:num>
  <w:num w:numId="2" w16cid:durableId="1991446740">
    <w:abstractNumId w:val="6"/>
  </w:num>
  <w:num w:numId="3" w16cid:durableId="722413769">
    <w:abstractNumId w:val="5"/>
  </w:num>
  <w:num w:numId="4" w16cid:durableId="1994334053">
    <w:abstractNumId w:val="4"/>
  </w:num>
  <w:num w:numId="5" w16cid:durableId="461385232">
    <w:abstractNumId w:val="7"/>
  </w:num>
  <w:num w:numId="6" w16cid:durableId="498037320">
    <w:abstractNumId w:val="3"/>
  </w:num>
  <w:num w:numId="7" w16cid:durableId="375468568">
    <w:abstractNumId w:val="2"/>
  </w:num>
  <w:num w:numId="8" w16cid:durableId="1252159936">
    <w:abstractNumId w:val="1"/>
  </w:num>
  <w:num w:numId="9" w16cid:durableId="819464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A3A64"/>
    <w:rsid w:val="002F7CA8"/>
    <w:rsid w:val="00326F90"/>
    <w:rsid w:val="00425CCD"/>
    <w:rsid w:val="00592506"/>
    <w:rsid w:val="006301A5"/>
    <w:rsid w:val="006C658D"/>
    <w:rsid w:val="006D6A5F"/>
    <w:rsid w:val="008D0686"/>
    <w:rsid w:val="00905809"/>
    <w:rsid w:val="00AA1D8D"/>
    <w:rsid w:val="00AE66F2"/>
    <w:rsid w:val="00B47730"/>
    <w:rsid w:val="00BD5796"/>
    <w:rsid w:val="00CB0664"/>
    <w:rsid w:val="00D80327"/>
    <w:rsid w:val="00EA1C4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2E0F1C"/>
  <w14:defaultImageDpi w14:val="300"/>
  <w15:docId w15:val="{F193E57E-9E68-49BF-A4A4-B700709A8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1097</Words>
  <Characters>5815</Characters>
  <Application>Microsoft Office Word</Application>
  <DocSecurity>4</DocSecurity>
  <Lines>48</Lines>
  <Paragraphs>13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6899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 Inge Høiland</cp:lastModifiedBy>
  <cp:revision>2</cp:revision>
  <dcterms:created xsi:type="dcterms:W3CDTF">2026-03-10T13:19:00Z</dcterms:created>
  <dcterms:modified xsi:type="dcterms:W3CDTF">2026-03-10T13:19:00Z</dcterms:modified>
  <cp:category/>
</cp:coreProperties>
</file>